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D423D4" w14:paraId="4D28B8FE" w14:textId="77777777">
        <w:trPr>
          <w:cantSplit/>
          <w:trHeight w:hRule="exact" w:val="850"/>
          <w:jc w:val="center"/>
        </w:trPr>
        <w:tc>
          <w:tcPr>
            <w:tcW w:w="10488" w:type="dxa"/>
            <w:tcBorders>
              <w:top w:val="single" w:sz="2" w:space="0" w:color="57358C"/>
              <w:left w:val="single" w:sz="2" w:space="0" w:color="57358C"/>
              <w:bottom w:val="single" w:sz="2" w:space="0" w:color="57358C"/>
              <w:right w:val="single" w:sz="2" w:space="0" w:color="57358C"/>
            </w:tcBorders>
            <w:shd w:val="clear" w:color="auto" w:fill="57358C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39B0C2AA" w14:textId="77777777" w:rsidR="00D423D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899C7C" wp14:editId="274511D2">
                  <wp:extent cx="1872000" cy="504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atr Pleciuga_Logo Biale w1(1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DBBD2" w14:textId="77777777" w:rsidR="00D423D4" w:rsidRDefault="00D423D4">
      <w:pPr>
        <w:spacing w:after="140"/>
      </w:pPr>
    </w:p>
    <w:p w14:paraId="772B2F11" w14:textId="77777777" w:rsidR="00D423D4" w:rsidRDefault="00000000">
      <w:pPr>
        <w:spacing w:after="240"/>
        <w:jc w:val="center"/>
      </w:pPr>
      <w:r>
        <w:rPr>
          <w:b/>
          <w:color w:val="482875"/>
          <w:sz w:val="26"/>
        </w:rPr>
        <w:t>ZAMÓWIENIE NA BILETY ZBIOROWE</w:t>
      </w:r>
      <w:r>
        <w:rPr>
          <w:b/>
          <w:color w:val="482875"/>
          <w:sz w:val="26"/>
        </w:rPr>
        <w:br/>
      </w:r>
      <w:r>
        <w:rPr>
          <w:color w:val="77737E"/>
          <w:sz w:val="17"/>
        </w:rPr>
        <w:t>(wypełnia nauczyciel)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8"/>
      </w:tblGrid>
      <w:tr w:rsidR="00D423D4" w14:paraId="1445A840" w14:textId="77777777">
        <w:trPr>
          <w:cantSplit/>
          <w:jc w:val="center"/>
        </w:trPr>
        <w:tc>
          <w:tcPr>
            <w:tcW w:w="10488" w:type="dxa"/>
            <w:tcBorders>
              <w:top w:val="single" w:sz="4" w:space="0" w:color="E8E1F0"/>
              <w:left w:val="single" w:sz="24" w:space="0" w:color="57358C"/>
              <w:bottom w:val="single" w:sz="4" w:space="0" w:color="E8E1F0"/>
              <w:right w:val="single" w:sz="4" w:space="0" w:color="E8E1F0"/>
            </w:tcBorders>
            <w:shd w:val="clear" w:color="auto" w:fill="F3F0F7"/>
            <w:tcMar>
              <w:top w:w="85" w:type="dxa"/>
              <w:left w:w="170" w:type="dxa"/>
              <w:bottom w:w="85" w:type="dxa"/>
              <w:right w:w="141" w:type="dxa"/>
            </w:tcMar>
            <w:vAlign w:val="center"/>
          </w:tcPr>
          <w:p w14:paraId="4EB99FD4" w14:textId="77777777" w:rsidR="00D423D4" w:rsidRDefault="00000000">
            <w:pPr>
              <w:spacing w:after="20"/>
            </w:pPr>
            <w:r>
              <w:rPr>
                <w:b/>
                <w:color w:val="57358C"/>
                <w:sz w:val="17"/>
              </w:rPr>
              <w:t xml:space="preserve">UWAGA!  </w:t>
            </w:r>
            <w:r>
              <w:rPr>
                <w:sz w:val="16"/>
              </w:rPr>
              <w:t>•  Opiekunowie zajmują miejsca boczne po lewej i prawej stronie widowni (średnio 1 opiekun do 10 dzieci).</w:t>
            </w:r>
          </w:p>
          <w:p w14:paraId="42355D36" w14:textId="77777777" w:rsidR="00D423D4" w:rsidRDefault="00000000">
            <w:r>
              <w:rPr>
                <w:sz w:val="16"/>
              </w:rPr>
              <w:t>•  Jeśli z powodu niepełnosprawności, neuroróżnorodności lub innych obiektywnych przyczyn wymagana jest obecność opiekuna bezpośrednio obok podopiecznego prosimy o wcześniejszą informację konieczną do odpowiedniego zaplanowania miejsc na widowni.</w:t>
            </w:r>
          </w:p>
        </w:tc>
      </w:tr>
    </w:tbl>
    <w:p w14:paraId="4F546B9A" w14:textId="77777777" w:rsidR="00D423D4" w:rsidRDefault="00000000">
      <w:pPr>
        <w:spacing w:line="20" w:lineRule="exact"/>
      </w:pPr>
      <w:r>
        <w:rPr>
          <w:sz w:val="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5840"/>
      </w:tblGrid>
      <w:tr w:rsidR="00D423D4" w14:paraId="71BA2CA0" w14:textId="77777777">
        <w:trPr>
          <w:cantSplit/>
          <w:trHeight w:hRule="exact" w:val="539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3F0F7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74B0D04E" w14:textId="77777777" w:rsidR="00D423D4" w:rsidRDefault="00000000">
            <w:pPr>
              <w:spacing w:line="230" w:lineRule="auto"/>
              <w:jc w:val="center"/>
            </w:pPr>
            <w:r>
              <w:rPr>
                <w:b/>
                <w:sz w:val="15"/>
                <w:lang w:val="pl-PL"/>
              </w:rPr>
              <w:t>Instytucja/szkoła/przedszkole: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3E34269D" w14:textId="77777777" w:rsidR="00D423D4" w:rsidRDefault="00D423D4"/>
        </w:tc>
      </w:tr>
      <w:tr w:rsidR="00D423D4" w14:paraId="431DBFE4" w14:textId="77777777">
        <w:trPr>
          <w:cantSplit/>
          <w:trHeight w:hRule="exact" w:val="539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AF8FC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0E4EDCEE" w14:textId="77777777" w:rsidR="00D423D4" w:rsidRDefault="00000000">
            <w:pPr>
              <w:spacing w:line="230" w:lineRule="auto"/>
              <w:jc w:val="center"/>
            </w:pPr>
            <w:r>
              <w:rPr>
                <w:b/>
                <w:sz w:val="15"/>
                <w:lang w:val="pl-PL"/>
              </w:rPr>
              <w:t>Tytuł spektaklu: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027E5208" w14:textId="77777777" w:rsidR="00D423D4" w:rsidRDefault="00D423D4"/>
        </w:tc>
      </w:tr>
      <w:tr w:rsidR="00D423D4" w14:paraId="7E7B8FC8" w14:textId="77777777">
        <w:trPr>
          <w:cantSplit/>
          <w:trHeight w:hRule="exact" w:val="539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3F0F7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67577681" w14:textId="77777777" w:rsidR="00D423D4" w:rsidRDefault="00000000">
            <w:pPr>
              <w:spacing w:line="230" w:lineRule="auto"/>
              <w:jc w:val="center"/>
            </w:pPr>
            <w:r>
              <w:rPr>
                <w:b/>
                <w:sz w:val="15"/>
                <w:lang w:val="pl-PL"/>
              </w:rPr>
              <w:t>Data i godzina wydarzenia: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216A1A31" w14:textId="77777777" w:rsidR="00D423D4" w:rsidRDefault="00D423D4"/>
        </w:tc>
      </w:tr>
      <w:tr w:rsidR="00D423D4" w14:paraId="0C9F67F2" w14:textId="77777777">
        <w:trPr>
          <w:cantSplit/>
          <w:trHeight w:hRule="exact" w:val="652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AF8FC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6547DE85" w14:textId="77777777" w:rsidR="00D423D4" w:rsidRDefault="00000000">
            <w:pPr>
              <w:spacing w:line="230" w:lineRule="auto"/>
              <w:jc w:val="center"/>
            </w:pPr>
            <w:r>
              <w:rPr>
                <w:sz w:val="15"/>
                <w:lang w:val="pl-PL"/>
              </w:rPr>
              <w:t>Imię, nazwisko nauczyciela/ opiekuna grupy podczas wyjścia do teatru: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11307FB1" w14:textId="77777777" w:rsidR="00D423D4" w:rsidRDefault="00D423D4"/>
        </w:tc>
      </w:tr>
      <w:tr w:rsidR="00D423D4" w14:paraId="4D3531B3" w14:textId="77777777">
        <w:trPr>
          <w:cantSplit/>
          <w:trHeight w:hRule="exact" w:val="539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3F0F7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5A635CB2" w14:textId="77777777" w:rsidR="00D423D4" w:rsidRDefault="00000000">
            <w:pPr>
              <w:spacing w:line="230" w:lineRule="auto"/>
              <w:jc w:val="center"/>
            </w:pPr>
            <w:r>
              <w:rPr>
                <w:sz w:val="15"/>
                <w:lang w:val="pl-PL"/>
              </w:rPr>
              <w:t>Numer telefonu nauczyciela/ opiekuna grupy: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30E7F1D4" w14:textId="77777777" w:rsidR="00D423D4" w:rsidRDefault="00D423D4"/>
        </w:tc>
      </w:tr>
      <w:tr w:rsidR="00D423D4" w14:paraId="4D3B9EB1" w14:textId="77777777">
        <w:trPr>
          <w:cantSplit/>
          <w:trHeight w:hRule="exact" w:val="539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AF8FC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0CC07825" w14:textId="77777777" w:rsidR="00D423D4" w:rsidRDefault="00000000">
            <w:pPr>
              <w:spacing w:line="230" w:lineRule="auto"/>
              <w:jc w:val="center"/>
            </w:pPr>
            <w:r>
              <w:rPr>
                <w:sz w:val="15"/>
                <w:lang w:val="pl-PL"/>
              </w:rPr>
              <w:t>Wiek widzów oraz klasa lub grupa: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4ECDEE4B" w14:textId="77777777" w:rsidR="00D423D4" w:rsidRDefault="00D423D4"/>
        </w:tc>
      </w:tr>
      <w:tr w:rsidR="00D423D4" w14:paraId="36BFCCAF" w14:textId="77777777">
        <w:trPr>
          <w:cantSplit/>
          <w:trHeight w:hRule="exact" w:val="539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3F0F7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0343D847" w14:textId="77777777" w:rsidR="00D423D4" w:rsidRDefault="00000000">
            <w:pPr>
              <w:spacing w:line="230" w:lineRule="auto"/>
              <w:jc w:val="center"/>
            </w:pPr>
            <w:r>
              <w:rPr>
                <w:sz w:val="15"/>
                <w:lang w:val="pl-PL"/>
              </w:rPr>
              <w:t>Łączna liczba dzieci: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5CCCC574" w14:textId="77777777" w:rsidR="00D423D4" w:rsidRDefault="00D423D4"/>
        </w:tc>
      </w:tr>
      <w:tr w:rsidR="00D423D4" w14:paraId="28311020" w14:textId="77777777">
        <w:trPr>
          <w:cantSplit/>
          <w:trHeight w:hRule="exact" w:val="539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AF8FC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771C225F" w14:textId="77777777" w:rsidR="00D423D4" w:rsidRDefault="00000000">
            <w:pPr>
              <w:spacing w:line="230" w:lineRule="auto"/>
              <w:jc w:val="center"/>
            </w:pPr>
            <w:r>
              <w:rPr>
                <w:sz w:val="15"/>
                <w:lang w:val="pl-PL"/>
              </w:rPr>
              <w:t>Liczba opiekunów: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0D5F9DB0" w14:textId="77777777" w:rsidR="00D423D4" w:rsidRDefault="00D423D4"/>
        </w:tc>
      </w:tr>
      <w:tr w:rsidR="00D423D4" w14:paraId="43D0387E" w14:textId="77777777">
        <w:trPr>
          <w:cantSplit/>
          <w:trHeight w:hRule="exact" w:val="1020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3F0F7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7D447563" w14:textId="77777777" w:rsidR="00D423D4" w:rsidRDefault="00000000">
            <w:pPr>
              <w:spacing w:line="230" w:lineRule="auto"/>
              <w:jc w:val="center"/>
            </w:pPr>
            <w:r>
              <w:rPr>
                <w:sz w:val="15"/>
                <w:lang w:val="pl-PL"/>
              </w:rPr>
              <w:t>W tym liczba dzieci z orzeczeniem o niepełnosprawności (na podstawie legitymacji, orzeczenia lub dokumentu potwierdzającego liczbę uczniów niepełnosprawnych z podpisem dyrektora szkoły/ przedszkola):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46584808" w14:textId="77777777" w:rsidR="00D423D4" w:rsidRDefault="00D423D4"/>
        </w:tc>
      </w:tr>
      <w:tr w:rsidR="00D423D4" w14:paraId="64C82578" w14:textId="77777777">
        <w:trPr>
          <w:cantSplit/>
          <w:trHeight w:hRule="exact" w:val="1077"/>
          <w:jc w:val="center"/>
        </w:trPr>
        <w:tc>
          <w:tcPr>
            <w:tcW w:w="4649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AF8FC"/>
            <w:tcMar>
              <w:top w:w="85" w:type="dxa"/>
              <w:left w:w="124" w:type="dxa"/>
              <w:bottom w:w="85" w:type="dxa"/>
              <w:right w:w="124" w:type="dxa"/>
            </w:tcMar>
            <w:vAlign w:val="center"/>
          </w:tcPr>
          <w:p w14:paraId="26140E98" w14:textId="77777777" w:rsidR="00D423D4" w:rsidRDefault="00000000">
            <w:pPr>
              <w:spacing w:line="230" w:lineRule="auto"/>
              <w:jc w:val="center"/>
            </w:pPr>
            <w:r>
              <w:rPr>
                <w:sz w:val="15"/>
                <w:lang w:val="pl-PL"/>
              </w:rPr>
              <w:t>Specjalne potrzeby (miejsce na wózek inwalidzki, słuchawki wygłuszające, preferowane miejsca blisko wyjścia, opiekun obok dziecka itp.):</w:t>
            </w:r>
          </w:p>
        </w:tc>
        <w:tc>
          <w:tcPr>
            <w:tcW w:w="5840" w:type="dxa"/>
            <w:tcBorders>
              <w:top w:val="single" w:sz="5" w:space="0" w:color="57358C"/>
              <w:left w:val="single" w:sz="5" w:space="0" w:color="57358C"/>
              <w:bottom w:val="single" w:sz="5" w:space="0" w:color="57358C"/>
              <w:right w:val="single" w:sz="5" w:space="0" w:color="57358C"/>
            </w:tcBorders>
            <w:shd w:val="clear" w:color="auto" w:fill="FFFFFF"/>
            <w:tcMar>
              <w:top w:w="85" w:type="dxa"/>
              <w:left w:w="124" w:type="dxa"/>
              <w:bottom w:w="85" w:type="dxa"/>
              <w:right w:w="124" w:type="dxa"/>
            </w:tcMar>
          </w:tcPr>
          <w:p w14:paraId="6A80A85F" w14:textId="77777777" w:rsidR="00D423D4" w:rsidRDefault="00D423D4"/>
        </w:tc>
      </w:tr>
    </w:tbl>
    <w:p w14:paraId="6D524814" w14:textId="341D5860" w:rsidR="00D423D4" w:rsidRDefault="00000000">
      <w:pPr>
        <w:spacing w:before="120" w:after="160"/>
        <w:jc w:val="center"/>
        <w:rPr>
          <w:b/>
          <w:i/>
          <w:color w:val="57358C"/>
          <w:lang w:val="pl-PL"/>
        </w:rPr>
      </w:pPr>
      <w:r>
        <w:rPr>
          <w:i/>
          <w:color w:val="66636B"/>
          <w:lang w:val="pl-PL"/>
        </w:rPr>
        <w:t xml:space="preserve">Prosimy o przesłanie uzupełnionego zamówienia na adres mailowy: </w:t>
      </w:r>
      <w:hyperlink r:id="rId9" w:history="1">
        <w:r w:rsidR="00E00602" w:rsidRPr="00E46ECB">
          <w:rPr>
            <w:rStyle w:val="Hipercze"/>
            <w:b/>
            <w:i/>
            <w:lang w:val="pl-PL"/>
          </w:rPr>
          <w:t>rezerwacja@pleciuga.pl</w:t>
        </w:r>
      </w:hyperlink>
    </w:p>
    <w:p w14:paraId="5A4AEFF7" w14:textId="77777777" w:rsidR="00E00602" w:rsidRDefault="00E00602">
      <w:pPr>
        <w:spacing w:before="120" w:after="160"/>
        <w:jc w:val="center"/>
      </w:pPr>
    </w:p>
    <w:p w14:paraId="08A41F28" w14:textId="77777777" w:rsidR="00D423D4" w:rsidRDefault="00000000">
      <w:pPr>
        <w:spacing w:after="120" w:line="259" w:lineRule="auto"/>
        <w:rPr>
          <w:b/>
        </w:rPr>
      </w:pPr>
      <w:r>
        <w:rPr>
          <w:b/>
        </w:rPr>
        <w:t>Potwierdzam zamówienie miejsc na wyżej wymienione przedstawienie.</w:t>
      </w:r>
      <w:r>
        <w:rPr>
          <w:b/>
        </w:rPr>
        <w:br/>
        <w:t xml:space="preserve">Przyjmuję do wiadomości, że nie ma możliwości rezygnacji z zamówienia w terminie późniejszym niż 14 dni przed spektaklem. W przypadku odwołania obecności po tym terminie lub wykupienia znacznie mniejszej liczby miejsc niż zarezerwowano mogę zostać obciążony </w:t>
      </w:r>
      <w:proofErr w:type="spellStart"/>
      <w:r>
        <w:rPr>
          <w:b/>
        </w:rPr>
        <w:t>kosztami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wynikającymi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rezerwacji</w:t>
      </w:r>
      <w:proofErr w:type="spellEnd"/>
      <w:r>
        <w:rPr>
          <w:b/>
        </w:rPr>
        <w:t>.</w:t>
      </w:r>
    </w:p>
    <w:p w14:paraId="3A64B442" w14:textId="77777777" w:rsidR="00E00602" w:rsidRDefault="00E00602">
      <w:pPr>
        <w:spacing w:after="120" w:line="259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4819"/>
      </w:tblGrid>
      <w:tr w:rsidR="00D423D4" w14:paraId="7A08FA6F" w14:textId="77777777">
        <w:trPr>
          <w:cantSplit/>
          <w:trHeight w:hRule="exact" w:val="1134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4BE6A0" w14:textId="77777777" w:rsidR="00D423D4" w:rsidRDefault="00D423D4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49DB383B" w14:textId="77777777" w:rsidR="00D423D4" w:rsidRDefault="00000000">
            <w:pPr>
              <w:jc w:val="center"/>
            </w:pPr>
            <w:r>
              <w:t>Data i podpis osoby upoważnionej do</w:t>
            </w:r>
            <w:r>
              <w:br/>
              <w:t>zaciągania zobowiązań finansowych</w:t>
            </w:r>
          </w:p>
        </w:tc>
      </w:tr>
    </w:tbl>
    <w:p w14:paraId="457C6DB5" w14:textId="77777777" w:rsidR="00AB238D" w:rsidRDefault="00AB238D"/>
    <w:sectPr w:rsidR="00AB238D" w:rsidSect="00034616">
      <w:footerReference w:type="default" r:id="rId10"/>
      <w:pgSz w:w="11906" w:h="16838"/>
      <w:pgMar w:top="567" w:right="737" w:bottom="567" w:left="737" w:header="22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C8BD" w14:textId="77777777" w:rsidR="008F5647" w:rsidRDefault="008F5647">
      <w:r>
        <w:separator/>
      </w:r>
    </w:p>
  </w:endnote>
  <w:endnote w:type="continuationSeparator" w:id="0">
    <w:p w14:paraId="4251EB49" w14:textId="77777777" w:rsidR="008F5647" w:rsidRDefault="008F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0488"/>
    </w:tblGrid>
    <w:tr w:rsidR="00D423D4" w14:paraId="614E1F94" w14:textId="77777777">
      <w:trPr>
        <w:cantSplit/>
        <w:trHeight w:val="680"/>
        <w:jc w:val="center"/>
      </w:trPr>
      <w:tc>
        <w:tcPr>
          <w:tcW w:w="10488" w:type="dxa"/>
          <w:tcBorders>
            <w:top w:val="nil"/>
            <w:left w:val="nil"/>
            <w:bottom w:val="nil"/>
            <w:right w:val="nil"/>
          </w:tcBorders>
          <w:tcMar>
            <w:top w:w="68" w:type="dxa"/>
            <w:left w:w="0" w:type="dxa"/>
            <w:bottom w:w="0" w:type="dxa"/>
            <w:right w:w="0" w:type="dxa"/>
          </w:tcMar>
        </w:tcPr>
        <w:p w14:paraId="4BA49091" w14:textId="77777777" w:rsidR="00D423D4" w:rsidRDefault="00000000">
          <w:pPr>
            <w:spacing w:after="23"/>
            <w:jc w:val="center"/>
          </w:pPr>
          <w:proofErr w:type="spellStart"/>
          <w:r>
            <w:rPr>
              <w:b/>
            </w:rPr>
            <w:t>Biuro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Obsługi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Widzów</w:t>
          </w:r>
          <w:proofErr w:type="spellEnd"/>
          <w:r>
            <w:rPr>
              <w:b/>
            </w:rPr>
            <w:t xml:space="preserve"> Teatru Lalek Pleciuga</w:t>
          </w:r>
        </w:p>
        <w:p w14:paraId="034AF2AE" w14:textId="77777777" w:rsidR="00D423D4" w:rsidRDefault="00000000">
          <w:pPr>
            <w:spacing w:after="23"/>
            <w:jc w:val="center"/>
          </w:pPr>
          <w:r>
            <w:t xml:space="preserve">71-405 Szczecin, pl. </w:t>
          </w:r>
          <w:proofErr w:type="spellStart"/>
          <w:r>
            <w:t>Teatralny</w:t>
          </w:r>
          <w:proofErr w:type="spellEnd"/>
          <w:r>
            <w:t xml:space="preserve"> 1</w:t>
          </w:r>
        </w:p>
        <w:p w14:paraId="6D4CB52E" w14:textId="77777777" w:rsidR="00D423D4" w:rsidRDefault="00000000">
          <w:pPr>
            <w:spacing w:after="23"/>
            <w:jc w:val="center"/>
          </w:pPr>
          <w:r>
            <w:t xml:space="preserve">tel./fax 91 433 58 04, </w:t>
          </w:r>
          <w:proofErr w:type="spellStart"/>
          <w:r>
            <w:t>kom</w:t>
          </w:r>
          <w:proofErr w:type="spellEnd"/>
          <w:r>
            <w:t>. 697 608 862</w:t>
          </w:r>
        </w:p>
        <w:p w14:paraId="32CF99DA" w14:textId="77777777" w:rsidR="00D423D4" w:rsidRDefault="00000000">
          <w:pPr>
            <w:jc w:val="center"/>
          </w:pPr>
          <w:r>
            <w:rPr>
              <w:b/>
            </w:rPr>
            <w:t>rezerwacja@pleciuga.pl</w:t>
          </w:r>
        </w:p>
      </w:tc>
    </w:tr>
  </w:tbl>
  <w:p w14:paraId="0D1E5360" w14:textId="77777777" w:rsidR="00D423D4" w:rsidRDefault="00D423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03CA5" w14:textId="77777777" w:rsidR="008F5647" w:rsidRDefault="008F5647">
      <w:r>
        <w:separator/>
      </w:r>
    </w:p>
  </w:footnote>
  <w:footnote w:type="continuationSeparator" w:id="0">
    <w:p w14:paraId="7AF158B5" w14:textId="77777777" w:rsidR="008F5647" w:rsidRDefault="008F5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8425097">
    <w:abstractNumId w:val="8"/>
  </w:num>
  <w:num w:numId="2" w16cid:durableId="889801373">
    <w:abstractNumId w:val="6"/>
  </w:num>
  <w:num w:numId="3" w16cid:durableId="2102724370">
    <w:abstractNumId w:val="5"/>
  </w:num>
  <w:num w:numId="4" w16cid:durableId="781537570">
    <w:abstractNumId w:val="4"/>
  </w:num>
  <w:num w:numId="5" w16cid:durableId="1758672452">
    <w:abstractNumId w:val="7"/>
  </w:num>
  <w:num w:numId="6" w16cid:durableId="2074888892">
    <w:abstractNumId w:val="3"/>
  </w:num>
  <w:num w:numId="7" w16cid:durableId="391774930">
    <w:abstractNumId w:val="2"/>
  </w:num>
  <w:num w:numId="8" w16cid:durableId="406729923">
    <w:abstractNumId w:val="1"/>
  </w:num>
  <w:num w:numId="9" w16cid:durableId="207100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2600"/>
    <w:rsid w:val="004B4A32"/>
    <w:rsid w:val="008F5647"/>
    <w:rsid w:val="00AA1D8D"/>
    <w:rsid w:val="00AB238D"/>
    <w:rsid w:val="00B47730"/>
    <w:rsid w:val="00C4678C"/>
    <w:rsid w:val="00CB0664"/>
    <w:rsid w:val="00D423D4"/>
    <w:rsid w:val="00E006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6026A"/>
  <w14:defaultImageDpi w14:val="300"/>
  <w15:docId w15:val="{BA9289E4-CA11-4646-AF80-036F2A05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Tahoma" w:eastAsia="Tahoma" w:hAnsi="Tahoma" w:cs="Tahoma"/>
      <w:color w:val="1D1D1F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Tahoma" w:eastAsia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Tahoma" w:eastAsia="Tahoma" w:hAnsi="Tahoma" w:cs="Tahoma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Tahoma" w:eastAsia="Tahoma" w:hAnsi="Tahoma" w:cs="Tahoma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Tahoma" w:eastAsia="Tahoma" w:hAnsi="Tahoma" w:cs="Tahoma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Tahoma" w:eastAsia="Tahoma" w:hAnsi="Tahoma" w:cs="Tahoma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Tahoma" w:eastAsia="Tahoma" w:hAnsi="Tahoma" w:cs="Tahoma"/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ahoma" w:eastAsia="Tahoma" w:hAnsi="Tahoma" w:cs="Tahoma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Tahoma" w:eastAsia="Tahoma" w:hAnsi="Tahoma" w:cs="Tahoma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Tahoma" w:eastAsia="Tahoma" w:hAnsi="Tahoma" w:cs="Tahoma"/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Tahoma" w:eastAsia="Tahoma" w:hAnsi="Tahoma" w:cs="Tahoma"/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Tahoma" w:eastAsia="Tahoma" w:hAnsi="Tahoma" w:cs="Tahoma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Tahoma" w:eastAsia="Tahoma" w:hAnsi="Tahoma" w:cs="Tahom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Tahoma" w:eastAsia="Tahoma" w:hAnsi="Tahoma" w:cs="Tahoma"/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Tahoma" w:eastAsia="Tahoma" w:hAnsi="Tahoma" w:cs="Tahoma"/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Tahoma" w:eastAsia="Tahoma" w:hAnsi="Tahoma" w:cs="Tahoma"/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Tahoma" w:eastAsia="Tahoma" w:hAnsi="Tahoma" w:cs="Tahoma"/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Tahoma" w:eastAsia="Tahoma" w:hAnsi="Tahoma" w:cs="Tahoma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Tahoma" w:eastAsia="Tahoma" w:hAnsi="Tahoma" w:cs="Tahoma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Tahoma" w:eastAsia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Tahoma" w:eastAsia="Tahoma" w:hAnsi="Tahoma" w:cs="Tahom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Tahoma" w:eastAsia="Tahoma" w:hAnsi="Tahoma" w:cs="Tahom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Tahoma" w:eastAsia="Tahoma" w:hAnsi="Tahoma" w:cs="Tahoma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Tahoma" w:eastAsia="Tahoma" w:hAnsi="Tahoma" w:cs="Tahoma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Tahoma" w:eastAsia="Tahoma" w:hAnsi="Tahoma" w:cs="Tahoma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Tahoma" w:eastAsia="Tahoma" w:hAnsi="Tahoma" w:cs="Tahoma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Tahoma" w:eastAsia="Tahoma" w:hAnsi="Tahoma" w:cs="Tahoma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Tahoma" w:eastAsia="Tahoma" w:hAnsi="Tahoma" w:cs="Tahom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Tahoma" w:eastAsia="Tahoma" w:hAnsi="Tahoma" w:cs="Tahom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Tahoma" w:eastAsia="Tahoma" w:hAnsi="Tahoma" w:cs="Tahom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Tahoma" w:eastAsia="Tahoma" w:hAnsi="Tahoma" w:cs="Tahom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Tahoma" w:eastAsia="Tahoma" w:hAnsi="Tahoma" w:cs="Tahom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Tahoma" w:eastAsia="Tahoma" w:hAnsi="Tahoma" w:cs="Tahom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Tahoma" w:eastAsia="Tahoma" w:hAnsi="Tahoma" w:cs="Tahom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Tahoma" w:eastAsia="Tahoma" w:hAnsi="Tahoma" w:cs="Tahom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Tahoma" w:eastAsia="Tahoma" w:hAnsi="Tahoma" w:cs="Tahom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E0060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zerwacja@pleciug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Pleciuga zamówienie bilety – stopka na dole strony</dc:title>
  <dc:subject>Formularz zamówienia na bilety zbiorowe w nowej identyfikacji wizualnej</dc:subject>
  <dc:creator>python-docx</dc:creator>
  <cp:keywords>Pleciuga, bilety zbiorowe, zamówienie, Teatr Lalek</cp:keywords>
  <dc:description>generated by python-docx</dc:description>
  <cp:lastModifiedBy>Anna Kaczmarczyk</cp:lastModifiedBy>
  <cp:revision>4</cp:revision>
  <dcterms:created xsi:type="dcterms:W3CDTF">2026-09-03T13:46:00Z</dcterms:created>
  <dcterms:modified xsi:type="dcterms:W3CDTF">2026-09-03T13:47:00Z</dcterms:modified>
  <cp:category/>
</cp:coreProperties>
</file>