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D423D4" w14:paraId="613F4FB5" w14:textId="77777777">
        <w:trPr>
          <w:cantSplit/>
          <w:trHeight w:hRule="exact" w:val="760"/>
          <w:jc w:val="center"/>
        </w:trPr>
        <w:tc>
          <w:tcPr>
            <w:tcW w:w="10488" w:type="dxa"/>
            <w:tcBorders>
              <w:top w:val="single" w:sz="2" w:space="0" w:color="57358C"/>
              <w:left w:val="single" w:sz="2" w:space="0" w:color="57358C"/>
              <w:bottom w:val="single" w:sz="2" w:space="0" w:color="57358C"/>
              <w:right w:val="single" w:sz="2" w:space="0" w:color="57358C"/>
            </w:tcBorders>
            <w:shd w:val="clear" w:color="auto" w:fill="57358C"/>
            <w:tcMar>
              <w:top w:w="70" w:type="dxa"/>
              <w:left w:w="160" w:type="dxa"/>
              <w:bottom w:w="70" w:type="dxa"/>
              <w:right w:w="160" w:type="dxa"/>
            </w:tcMar>
          </w:tcPr>
          <w:p w14:paraId="3A8D7E9E" w14:textId="77777777" w:rsidR="00D423D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6B93D36" wp14:editId="6B6E320E">
                  <wp:extent cx="1630244" cy="438912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eatr Pleciuga_Logo Biale w1(1)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0244" cy="438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E1CA90" w14:textId="77777777" w:rsidR="00D423D4" w:rsidRDefault="00D423D4">
      <w:pPr>
        <w:spacing w:after="140"/>
      </w:pPr>
    </w:p>
    <w:p w14:paraId="7524E128" w14:textId="77777777" w:rsidR="00D423D4" w:rsidRDefault="00000000">
      <w:pPr>
        <w:spacing w:after="40"/>
        <w:jc w:val="center"/>
      </w:pPr>
      <w:r>
        <w:rPr>
          <w:b/>
          <w:color w:val="482875"/>
          <w:sz w:val="23"/>
        </w:rPr>
        <w:t>ZAMÓWIENIE NA BILETY ZBIOROWE</w:t>
      </w:r>
      <w:r>
        <w:rPr>
          <w:b/>
          <w:color w:val="482875"/>
          <w:sz w:val="23"/>
        </w:rPr>
        <w:br/>
        <w:t>SPEKTAKL Z MIKOŁAJEM</w:t>
      </w:r>
      <w:r>
        <w:rPr>
          <w:b/>
          <w:color w:val="482875"/>
          <w:sz w:val="23"/>
        </w:rPr>
        <w:br/>
      </w:r>
      <w:r>
        <w:rPr>
          <w:color w:val="77737E"/>
          <w:sz w:val="17"/>
        </w:rPr>
        <w:t>(wypełnia nauczyciel)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D423D4" w14:paraId="3356C243" w14:textId="77777777">
        <w:trPr>
          <w:cantSplit/>
          <w:jc w:val="center"/>
        </w:trPr>
        <w:tc>
          <w:tcPr>
            <w:tcW w:w="10488" w:type="dxa"/>
            <w:tcBorders>
              <w:top w:val="single" w:sz="4" w:space="0" w:color="E8E1F0"/>
              <w:left w:val="single" w:sz="24" w:space="0" w:color="57358C"/>
              <w:bottom w:val="single" w:sz="4" w:space="0" w:color="E8E1F0"/>
              <w:right w:val="single" w:sz="4" w:space="0" w:color="E8E1F0"/>
            </w:tcBorders>
            <w:shd w:val="clear" w:color="auto" w:fill="F3F0F7"/>
            <w:tcMar>
              <w:top w:w="85" w:type="dxa"/>
              <w:left w:w="170" w:type="dxa"/>
              <w:bottom w:w="85" w:type="dxa"/>
              <w:right w:w="141" w:type="dxa"/>
            </w:tcMar>
            <w:vAlign w:val="center"/>
          </w:tcPr>
          <w:p w14:paraId="22DEBC7C" w14:textId="77777777" w:rsidR="00D423D4" w:rsidRDefault="00000000">
            <w:r>
              <w:rPr>
                <w:b/>
                <w:color w:val="57358C"/>
                <w:sz w:val="17"/>
              </w:rPr>
              <w:t xml:space="preserve">UWAGA!  </w:t>
            </w:r>
            <w:r>
              <w:rPr>
                <w:sz w:val="17"/>
              </w:rPr>
              <w:t>•  Opiekunowie zajmują miejsca boczne po lewej i prawej stronie widowni (średnio 1 opiekun do 10 dzieci).</w:t>
            </w:r>
          </w:p>
          <w:p w14:paraId="55F1ABC0" w14:textId="77777777" w:rsidR="00D423D4" w:rsidRDefault="00000000">
            <w:r>
              <w:rPr>
                <w:sz w:val="17"/>
              </w:rPr>
              <w:t>•  Jeśli z powodu niepełnosprawności, neuroróżnorodności lub innych obiektywnych przyczyn wymagana jest obecność opiekuna bezpośrednio obok podopiecznego prosimy o wcześniejszą informację konieczną do odpowiedniego zaplanowania miejsc na widowni.</w:t>
            </w:r>
          </w:p>
        </w:tc>
      </w:tr>
    </w:tbl>
    <w:p w14:paraId="22675231" w14:textId="6AA4CA2F" w:rsidR="00D423D4" w:rsidRDefault="00000000" w:rsidP="00B544F5">
      <w:r>
        <w:rPr>
          <w:b/>
          <w:color w:val="482875"/>
          <w:sz w:val="19"/>
        </w:rPr>
        <w:t>Grudzień 2026 „Choinka z bajkami” (4+) ok. 1h</w:t>
      </w:r>
      <w:r>
        <w:rPr>
          <w:b/>
          <w:color w:val="482875"/>
          <w:sz w:val="19"/>
        </w:rPr>
        <w:br/>
      </w:r>
      <w:r>
        <w:rPr>
          <w:sz w:val="17"/>
        </w:rPr>
        <w:t>• Bezpośrednio po spektaklu na scenę wychodzi aktor przebrany za Św. Mikołaja i rozdaje dzieciom przygotowane przez Państwa prezenty. Prezenty należy wcześniej dostarczyć do SALI KAMERALNEJ Teatru Lalek Pleciuga.</w:t>
      </w:r>
      <w:r>
        <w:rPr>
          <w:sz w:val="17"/>
        </w:rPr>
        <w:br/>
        <w:t>•</w:t>
      </w:r>
      <w:r w:rsidR="00B544F5" w:rsidRPr="00B544F5">
        <w:rPr>
          <w:sz w:val="17"/>
        </w:rPr>
        <w:t xml:space="preserve"> </w:t>
      </w:r>
      <w:r w:rsidR="00B544F5">
        <w:rPr>
          <w:sz w:val="17"/>
        </w:rPr>
        <w:t>Takie same prezenty dla całej grupy proszę składać we wspólnych workach lub kartonach podpisanych nazwą szkoły i klasy oraz datą i godziną spektaklu. Prezenty podpisane imiennie będą rozdawane na samym końcu kolejki.</w:t>
      </w:r>
      <w:r>
        <w:rPr>
          <w:sz w:val="17"/>
        </w:rPr>
        <w:br/>
        <w:t xml:space="preserve">• </w:t>
      </w:r>
      <w:r w:rsidR="00B544F5">
        <w:rPr>
          <w:sz w:val="17"/>
        </w:rPr>
        <w:t>Termin i sposób dostarczenia prezentów należy uzgodnić z koordynatorem Arkiem Sienkiewiczem tel. 501 186 156.</w:t>
      </w:r>
      <w:r>
        <w:rPr>
          <w:sz w:val="17"/>
        </w:rPr>
        <w:br/>
        <w:t>• Koszt biletu 33 zł/dziecko. Opiekun (średnio do 10 dzieci) płaci 1 zł.</w:t>
      </w:r>
      <w:r>
        <w:rPr>
          <w:sz w:val="17"/>
        </w:rPr>
        <w:br/>
        <w:t>• Obowiązuje przedpłata za całość zarezerwowanych miejsc. Płatność przelewem lub w kasie.</w:t>
      </w:r>
      <w:r>
        <w:rPr>
          <w:sz w:val="17"/>
        </w:rPr>
        <w:br/>
      </w:r>
      <w:r>
        <w:rPr>
          <w:b/>
          <w:sz w:val="17"/>
        </w:rPr>
        <w:t>• UWAGA! Prosimy o rozsądną rezerwację. Nie ma możliwości zwrotu biletów.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49"/>
        <w:gridCol w:w="5840"/>
      </w:tblGrid>
      <w:tr w:rsidR="00D423D4" w14:paraId="7BFDE221" w14:textId="77777777">
        <w:trPr>
          <w:cantSplit/>
          <w:trHeight w:hRule="exact" w:val="490"/>
          <w:jc w:val="center"/>
        </w:trPr>
        <w:tc>
          <w:tcPr>
            <w:tcW w:w="4649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3F0F7"/>
            <w:tcMar>
              <w:top w:w="85" w:type="dxa"/>
              <w:left w:w="124" w:type="dxa"/>
              <w:bottom w:w="85" w:type="dxa"/>
              <w:right w:w="124" w:type="dxa"/>
            </w:tcMar>
            <w:vAlign w:val="center"/>
          </w:tcPr>
          <w:p w14:paraId="70C8F112" w14:textId="77777777" w:rsidR="00D423D4" w:rsidRDefault="00000000">
            <w:pPr>
              <w:jc w:val="center"/>
            </w:pPr>
            <w:r>
              <w:rPr>
                <w:b/>
                <w:sz w:val="16"/>
                <w:lang w:val="pl-PL"/>
              </w:rPr>
              <w:t>Instytucja/szkoła/przedszkole:</w:t>
            </w:r>
          </w:p>
        </w:tc>
        <w:tc>
          <w:tcPr>
            <w:tcW w:w="5840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FFFFF"/>
            <w:tcMar>
              <w:top w:w="85" w:type="dxa"/>
              <w:left w:w="124" w:type="dxa"/>
              <w:bottom w:w="85" w:type="dxa"/>
              <w:right w:w="124" w:type="dxa"/>
            </w:tcMar>
          </w:tcPr>
          <w:p w14:paraId="67D5467C" w14:textId="77777777" w:rsidR="00D423D4" w:rsidRDefault="00D423D4"/>
        </w:tc>
      </w:tr>
      <w:tr w:rsidR="00D423D4" w14:paraId="30AAD23B" w14:textId="77777777">
        <w:trPr>
          <w:cantSplit/>
          <w:trHeight w:val="700"/>
          <w:jc w:val="center"/>
        </w:trPr>
        <w:tc>
          <w:tcPr>
            <w:tcW w:w="4649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3F0F7"/>
            <w:tcMar>
              <w:top w:w="85" w:type="dxa"/>
              <w:left w:w="124" w:type="dxa"/>
              <w:bottom w:w="85" w:type="dxa"/>
              <w:right w:w="124" w:type="dxa"/>
            </w:tcMar>
            <w:vAlign w:val="center"/>
          </w:tcPr>
          <w:p w14:paraId="55D8F915" w14:textId="681DC9FB" w:rsidR="003D02F4" w:rsidRDefault="004E261A">
            <w:pPr>
              <w:jc w:val="center"/>
            </w:pPr>
            <w:r>
              <w:rPr>
                <w:rFonts w:ascii="Aptos" w:hAnsi="Aptos"/>
                <w:sz w:val="16"/>
              </w:rPr>
              <w:t>Obowiązkowo dane do faktury</w:t>
            </w:r>
            <w:r w:rsidR="00592DA1">
              <w:rPr>
                <w:rFonts w:ascii="Aptos" w:hAnsi="Aptos"/>
                <w:sz w:val="16"/>
              </w:rPr>
              <w:t xml:space="preserve"> proforma</w:t>
            </w:r>
            <w:r>
              <w:rPr>
                <w:rFonts w:ascii="Aptos" w:hAnsi="Aptos"/>
                <w:sz w:val="16"/>
              </w:rPr>
              <w:t xml:space="preserve"> (nazwa podatnika, NIP, adres siedziby</w:t>
            </w:r>
            <w:r w:rsidR="00A31EA0">
              <w:rPr>
                <w:rFonts w:ascii="Aptos" w:hAnsi="Aptos"/>
                <w:sz w:val="16"/>
              </w:rPr>
              <w:t xml:space="preserve">, </w:t>
            </w:r>
            <w:r>
              <w:rPr>
                <w:rFonts w:ascii="Aptos" w:hAnsi="Aptos"/>
                <w:sz w:val="16"/>
              </w:rPr>
              <w:t>lu</w:t>
            </w:r>
            <w:r w:rsidR="00A31EA0">
              <w:rPr>
                <w:rFonts w:ascii="Aptos" w:hAnsi="Aptos"/>
                <w:sz w:val="16"/>
              </w:rPr>
              <w:t>b dane osoby fizycznej</w:t>
            </w:r>
            <w:r>
              <w:rPr>
                <w:rFonts w:ascii="Aptos" w:hAnsi="Aptos"/>
                <w:sz w:val="16"/>
              </w:rPr>
              <w:t>):</w:t>
            </w:r>
          </w:p>
        </w:tc>
        <w:tc>
          <w:tcPr>
            <w:tcW w:w="5840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FFFFF"/>
            <w:tcMar>
              <w:top w:w="85" w:type="dxa"/>
              <w:left w:w="124" w:type="dxa"/>
              <w:bottom w:w="85" w:type="dxa"/>
              <w:right w:w="124" w:type="dxa"/>
            </w:tcMar>
          </w:tcPr>
          <w:p w14:paraId="7FD88672" w14:textId="77777777" w:rsidR="003D02F4" w:rsidRDefault="003D02F4"/>
        </w:tc>
      </w:tr>
      <w:tr w:rsidR="00D423D4" w14:paraId="353E6902" w14:textId="77777777">
        <w:trPr>
          <w:cantSplit/>
          <w:trHeight w:hRule="exact" w:val="490"/>
          <w:jc w:val="center"/>
        </w:trPr>
        <w:tc>
          <w:tcPr>
            <w:tcW w:w="4649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3F0F7"/>
            <w:tcMar>
              <w:top w:w="85" w:type="dxa"/>
              <w:left w:w="124" w:type="dxa"/>
              <w:bottom w:w="85" w:type="dxa"/>
              <w:right w:w="124" w:type="dxa"/>
            </w:tcMar>
            <w:vAlign w:val="center"/>
          </w:tcPr>
          <w:p w14:paraId="244FDD01" w14:textId="77777777" w:rsidR="00D423D4" w:rsidRDefault="00000000">
            <w:pPr>
              <w:jc w:val="center"/>
            </w:pPr>
            <w:r>
              <w:rPr>
                <w:b/>
                <w:sz w:val="16"/>
                <w:lang w:val="pl-PL"/>
              </w:rPr>
              <w:t>Data i godzina wydarzenia:</w:t>
            </w:r>
          </w:p>
        </w:tc>
        <w:tc>
          <w:tcPr>
            <w:tcW w:w="5840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FFFFF"/>
            <w:tcMar>
              <w:top w:w="85" w:type="dxa"/>
              <w:left w:w="124" w:type="dxa"/>
              <w:bottom w:w="85" w:type="dxa"/>
              <w:right w:w="124" w:type="dxa"/>
            </w:tcMar>
          </w:tcPr>
          <w:p w14:paraId="26DE325A" w14:textId="77777777" w:rsidR="00D423D4" w:rsidRDefault="00D423D4"/>
        </w:tc>
      </w:tr>
      <w:tr w:rsidR="00D423D4" w14:paraId="0621669C" w14:textId="77777777">
        <w:trPr>
          <w:cantSplit/>
          <w:trHeight w:hRule="exact" w:val="590"/>
          <w:jc w:val="center"/>
        </w:trPr>
        <w:tc>
          <w:tcPr>
            <w:tcW w:w="4649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AF8FC"/>
            <w:tcMar>
              <w:top w:w="85" w:type="dxa"/>
              <w:left w:w="124" w:type="dxa"/>
              <w:bottom w:w="85" w:type="dxa"/>
              <w:right w:w="124" w:type="dxa"/>
            </w:tcMar>
            <w:vAlign w:val="center"/>
          </w:tcPr>
          <w:p w14:paraId="364F420D" w14:textId="658AF80F" w:rsidR="00D423D4" w:rsidRDefault="00000000">
            <w:pPr>
              <w:jc w:val="center"/>
            </w:pPr>
            <w:r>
              <w:rPr>
                <w:sz w:val="16"/>
                <w:lang w:val="pl-PL"/>
              </w:rPr>
              <w:t>Imię, nazwisko nauczyciela/opiekuna grupy podczas wyjścia do teatru:</w:t>
            </w:r>
          </w:p>
        </w:tc>
        <w:tc>
          <w:tcPr>
            <w:tcW w:w="5840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FFFFF"/>
            <w:tcMar>
              <w:top w:w="85" w:type="dxa"/>
              <w:left w:w="124" w:type="dxa"/>
              <w:bottom w:w="85" w:type="dxa"/>
              <w:right w:w="124" w:type="dxa"/>
            </w:tcMar>
          </w:tcPr>
          <w:p w14:paraId="19A5BBC6" w14:textId="77777777" w:rsidR="00D423D4" w:rsidRDefault="00D423D4"/>
        </w:tc>
      </w:tr>
      <w:tr w:rsidR="00D423D4" w14:paraId="23163521" w14:textId="77777777">
        <w:trPr>
          <w:cantSplit/>
          <w:trHeight w:hRule="exact" w:val="490"/>
          <w:jc w:val="center"/>
        </w:trPr>
        <w:tc>
          <w:tcPr>
            <w:tcW w:w="4649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3F0F7"/>
            <w:tcMar>
              <w:top w:w="85" w:type="dxa"/>
              <w:left w:w="124" w:type="dxa"/>
              <w:bottom w:w="85" w:type="dxa"/>
              <w:right w:w="124" w:type="dxa"/>
            </w:tcMar>
            <w:vAlign w:val="center"/>
          </w:tcPr>
          <w:p w14:paraId="4A6A33AE" w14:textId="1F5B41C6" w:rsidR="00D423D4" w:rsidRDefault="00000000">
            <w:pPr>
              <w:jc w:val="center"/>
            </w:pPr>
            <w:r>
              <w:rPr>
                <w:sz w:val="16"/>
                <w:lang w:val="pl-PL"/>
              </w:rPr>
              <w:t>Numer telefonu nauczyciela/opiekuna grupy:</w:t>
            </w:r>
          </w:p>
        </w:tc>
        <w:tc>
          <w:tcPr>
            <w:tcW w:w="5840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FFFFF"/>
            <w:tcMar>
              <w:top w:w="85" w:type="dxa"/>
              <w:left w:w="124" w:type="dxa"/>
              <w:bottom w:w="85" w:type="dxa"/>
              <w:right w:w="124" w:type="dxa"/>
            </w:tcMar>
          </w:tcPr>
          <w:p w14:paraId="674D7F36" w14:textId="77777777" w:rsidR="00D423D4" w:rsidRDefault="00D423D4"/>
        </w:tc>
      </w:tr>
      <w:tr w:rsidR="00D423D4" w14:paraId="3BFEA24B" w14:textId="77777777">
        <w:trPr>
          <w:cantSplit/>
          <w:trHeight w:hRule="exact" w:val="490"/>
          <w:jc w:val="center"/>
        </w:trPr>
        <w:tc>
          <w:tcPr>
            <w:tcW w:w="4649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AF8FC"/>
            <w:tcMar>
              <w:top w:w="85" w:type="dxa"/>
              <w:left w:w="124" w:type="dxa"/>
              <w:bottom w:w="85" w:type="dxa"/>
              <w:right w:w="124" w:type="dxa"/>
            </w:tcMar>
            <w:vAlign w:val="center"/>
          </w:tcPr>
          <w:p w14:paraId="2600E5CB" w14:textId="77777777" w:rsidR="00D423D4" w:rsidRDefault="00000000">
            <w:pPr>
              <w:jc w:val="center"/>
            </w:pPr>
            <w:r>
              <w:rPr>
                <w:sz w:val="16"/>
                <w:lang w:val="pl-PL"/>
              </w:rPr>
              <w:t>Wiek widzów oraz klasa lub grupa:</w:t>
            </w:r>
          </w:p>
        </w:tc>
        <w:tc>
          <w:tcPr>
            <w:tcW w:w="5840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FFFFF"/>
            <w:tcMar>
              <w:top w:w="85" w:type="dxa"/>
              <w:left w:w="124" w:type="dxa"/>
              <w:bottom w:w="85" w:type="dxa"/>
              <w:right w:w="124" w:type="dxa"/>
            </w:tcMar>
          </w:tcPr>
          <w:p w14:paraId="0B7C5612" w14:textId="77777777" w:rsidR="00D423D4" w:rsidRDefault="00D423D4"/>
        </w:tc>
      </w:tr>
      <w:tr w:rsidR="00D423D4" w14:paraId="05BA5B05" w14:textId="77777777">
        <w:trPr>
          <w:cantSplit/>
          <w:trHeight w:hRule="exact" w:val="490"/>
          <w:jc w:val="center"/>
        </w:trPr>
        <w:tc>
          <w:tcPr>
            <w:tcW w:w="4649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3F0F7"/>
            <w:tcMar>
              <w:top w:w="85" w:type="dxa"/>
              <w:left w:w="124" w:type="dxa"/>
              <w:bottom w:w="85" w:type="dxa"/>
              <w:right w:w="124" w:type="dxa"/>
            </w:tcMar>
            <w:vAlign w:val="center"/>
          </w:tcPr>
          <w:p w14:paraId="32A4E21A" w14:textId="77777777" w:rsidR="00D423D4" w:rsidRDefault="00000000">
            <w:pPr>
              <w:jc w:val="center"/>
            </w:pPr>
            <w:r>
              <w:rPr>
                <w:sz w:val="16"/>
                <w:lang w:val="pl-PL"/>
              </w:rPr>
              <w:t>Łączna liczba dzieci:</w:t>
            </w:r>
          </w:p>
        </w:tc>
        <w:tc>
          <w:tcPr>
            <w:tcW w:w="5840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FFFFF"/>
            <w:tcMar>
              <w:top w:w="85" w:type="dxa"/>
              <w:left w:w="124" w:type="dxa"/>
              <w:bottom w:w="85" w:type="dxa"/>
              <w:right w:w="124" w:type="dxa"/>
            </w:tcMar>
          </w:tcPr>
          <w:p w14:paraId="7A82C487" w14:textId="77777777" w:rsidR="00D423D4" w:rsidRDefault="00D423D4"/>
        </w:tc>
      </w:tr>
      <w:tr w:rsidR="00D423D4" w14:paraId="327172FA" w14:textId="77777777">
        <w:trPr>
          <w:cantSplit/>
          <w:trHeight w:hRule="exact" w:val="490"/>
          <w:jc w:val="center"/>
        </w:trPr>
        <w:tc>
          <w:tcPr>
            <w:tcW w:w="4649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AF8FC"/>
            <w:tcMar>
              <w:top w:w="85" w:type="dxa"/>
              <w:left w:w="124" w:type="dxa"/>
              <w:bottom w:w="85" w:type="dxa"/>
              <w:right w:w="124" w:type="dxa"/>
            </w:tcMar>
            <w:vAlign w:val="center"/>
          </w:tcPr>
          <w:p w14:paraId="5942788D" w14:textId="77777777" w:rsidR="00D423D4" w:rsidRDefault="00000000">
            <w:pPr>
              <w:jc w:val="center"/>
            </w:pPr>
            <w:r>
              <w:rPr>
                <w:sz w:val="16"/>
                <w:lang w:val="pl-PL"/>
              </w:rPr>
              <w:t>Liczba opiekunów:</w:t>
            </w:r>
          </w:p>
        </w:tc>
        <w:tc>
          <w:tcPr>
            <w:tcW w:w="5840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FFFFF"/>
            <w:tcMar>
              <w:top w:w="85" w:type="dxa"/>
              <w:left w:w="124" w:type="dxa"/>
              <w:bottom w:w="85" w:type="dxa"/>
              <w:right w:w="124" w:type="dxa"/>
            </w:tcMar>
          </w:tcPr>
          <w:p w14:paraId="661799BA" w14:textId="77777777" w:rsidR="00D423D4" w:rsidRDefault="00D423D4"/>
        </w:tc>
      </w:tr>
      <w:tr w:rsidR="00D423D4" w14:paraId="2DA9AE9A" w14:textId="77777777">
        <w:trPr>
          <w:cantSplit/>
          <w:trHeight w:hRule="exact" w:val="1106"/>
          <w:jc w:val="center"/>
        </w:trPr>
        <w:tc>
          <w:tcPr>
            <w:tcW w:w="4649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3F0F7"/>
            <w:tcMar>
              <w:top w:w="85" w:type="dxa"/>
              <w:left w:w="124" w:type="dxa"/>
              <w:bottom w:w="85" w:type="dxa"/>
              <w:right w:w="124" w:type="dxa"/>
            </w:tcMar>
            <w:vAlign w:val="center"/>
          </w:tcPr>
          <w:p w14:paraId="4554A4B5" w14:textId="77777777" w:rsidR="00D423D4" w:rsidRDefault="00000000">
            <w:pPr>
              <w:jc w:val="center"/>
            </w:pPr>
            <w:r>
              <w:rPr>
                <w:sz w:val="16"/>
                <w:lang w:val="pl-PL"/>
              </w:rPr>
              <w:t>W tym liczba dzieci z orzeczeniem o niepełnosprawności (na podstawie legitymacji, orzeczenia lub dokumentu potwierdzającego liczbę uczniów niepełnosprawnych z podpisem dyrektora szkoły/ przedszkola):</w:t>
            </w:r>
          </w:p>
        </w:tc>
        <w:tc>
          <w:tcPr>
            <w:tcW w:w="5840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FFFFF"/>
            <w:tcMar>
              <w:top w:w="85" w:type="dxa"/>
              <w:left w:w="124" w:type="dxa"/>
              <w:bottom w:w="85" w:type="dxa"/>
              <w:right w:w="124" w:type="dxa"/>
            </w:tcMar>
          </w:tcPr>
          <w:p w14:paraId="5B3F7CF5" w14:textId="77777777" w:rsidR="00D423D4" w:rsidRDefault="00D423D4"/>
        </w:tc>
      </w:tr>
      <w:tr w:rsidR="00D423D4" w14:paraId="30B44BE0" w14:textId="77777777">
        <w:trPr>
          <w:cantSplit/>
          <w:trHeight w:hRule="exact" w:val="879"/>
          <w:jc w:val="center"/>
        </w:trPr>
        <w:tc>
          <w:tcPr>
            <w:tcW w:w="4649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AF8FC"/>
            <w:tcMar>
              <w:top w:w="85" w:type="dxa"/>
              <w:left w:w="124" w:type="dxa"/>
              <w:bottom w:w="85" w:type="dxa"/>
              <w:right w:w="124" w:type="dxa"/>
            </w:tcMar>
            <w:vAlign w:val="center"/>
          </w:tcPr>
          <w:p w14:paraId="619C1D7D" w14:textId="77777777" w:rsidR="00D423D4" w:rsidRDefault="00000000">
            <w:pPr>
              <w:jc w:val="center"/>
            </w:pPr>
            <w:r>
              <w:rPr>
                <w:sz w:val="16"/>
                <w:lang w:val="pl-PL"/>
              </w:rPr>
              <w:t>Specjalne potrzeby (miejsce na wózek inwalidzki, słuchawki wygłuszające, preferowane miejsca blisko wyjścia, opiekun obok dziecka itp.):</w:t>
            </w:r>
          </w:p>
        </w:tc>
        <w:tc>
          <w:tcPr>
            <w:tcW w:w="5840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FFFFF"/>
            <w:tcMar>
              <w:top w:w="85" w:type="dxa"/>
              <w:left w:w="124" w:type="dxa"/>
              <w:bottom w:w="85" w:type="dxa"/>
              <w:right w:w="124" w:type="dxa"/>
            </w:tcMar>
          </w:tcPr>
          <w:p w14:paraId="3D24328E" w14:textId="77777777" w:rsidR="00D423D4" w:rsidRDefault="00D423D4"/>
        </w:tc>
      </w:tr>
    </w:tbl>
    <w:p w14:paraId="0FCFA57F" w14:textId="77777777" w:rsidR="00D423D4" w:rsidRDefault="00000000">
      <w:pPr>
        <w:spacing w:before="20" w:after="40"/>
        <w:jc w:val="center"/>
        <w:rPr>
          <w:b/>
          <w:i/>
          <w:color w:val="57358C"/>
          <w:lang w:val="pl-PL"/>
        </w:rPr>
      </w:pPr>
      <w:r>
        <w:rPr>
          <w:i/>
          <w:color w:val="66636B"/>
          <w:sz w:val="16"/>
          <w:lang w:val="pl-PL"/>
        </w:rPr>
        <w:t xml:space="preserve">Prosimy o przesłanie uzupełnionego zamówienia na adres mailowy: </w:t>
      </w:r>
      <w:hyperlink r:id="rId9" w:history="1">
        <w:r w:rsidR="00E00602" w:rsidRPr="00E46ECB">
          <w:rPr>
            <w:rStyle w:val="Hipercze"/>
            <w:b/>
            <w:i/>
            <w:lang w:val="pl-PL"/>
          </w:rPr>
          <w:t>rezerwacja@pleciuga.pl</w:t>
        </w:r>
      </w:hyperlink>
    </w:p>
    <w:p w14:paraId="2C0CB9CD" w14:textId="77777777" w:rsidR="00E00602" w:rsidRDefault="00E00602">
      <w:pPr>
        <w:jc w:val="center"/>
      </w:pPr>
    </w:p>
    <w:p w14:paraId="7F40BDF1" w14:textId="77777777" w:rsidR="00D423D4" w:rsidRDefault="00000000">
      <w:pPr>
        <w:spacing w:before="40"/>
        <w:rPr>
          <w:b/>
        </w:rPr>
      </w:pPr>
      <w:r>
        <w:rPr>
          <w:b/>
          <w:sz w:val="16"/>
        </w:rPr>
        <w:t>Potwierdzam zamówienie miejsc na wyżej wymienione przedstawienie.</w:t>
      </w:r>
      <w:r>
        <w:rPr>
          <w:b/>
          <w:sz w:val="16"/>
        </w:rPr>
        <w:br/>
        <w:t>Przyjmuję do wiadomości, że na spektakl obowiązuję przedpłata w terminie podanym przez pracowników Biura Obsługi Widowni Teatru Lalek Pleciuga i nie ma możliwości zwrotów zakupionych biletów.</w:t>
      </w:r>
    </w:p>
    <w:p w14:paraId="71C3C9E6" w14:textId="77777777" w:rsidR="00E00602" w:rsidRDefault="00E00602"/>
    <w:tbl>
      <w:tblPr>
        <w:tblW w:w="10489" w:type="dxa"/>
        <w:jc w:val="center"/>
        <w:tblLayout w:type="fixed"/>
        <w:tblLook w:val="04A0" w:firstRow="1" w:lastRow="0" w:firstColumn="1" w:lastColumn="0" w:noHBand="0" w:noVBand="1"/>
      </w:tblPr>
      <w:tblGrid>
        <w:gridCol w:w="5670"/>
        <w:gridCol w:w="4819"/>
      </w:tblGrid>
      <w:tr w:rsidR="00D423D4" w14:paraId="582857B9" w14:textId="77777777" w:rsidTr="00B544F5">
        <w:trPr>
          <w:cantSplit/>
          <w:trHeight w:val="482"/>
          <w:jc w:val="center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7F25666D" w14:textId="77777777" w:rsidR="00D423D4" w:rsidRDefault="00D423D4"/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113" w:type="dxa"/>
              <w:bottom w:w="85" w:type="dxa"/>
              <w:right w:w="113" w:type="dxa"/>
            </w:tcMar>
          </w:tcPr>
          <w:p w14:paraId="58D756C3" w14:textId="77777777" w:rsidR="00D423D4" w:rsidRDefault="00000000">
            <w:pPr>
              <w:jc w:val="center"/>
            </w:pPr>
            <w:r>
              <w:rPr>
                <w:sz w:val="13"/>
              </w:rPr>
              <w:t>Data i podpis osoby upoważnionej do</w:t>
            </w:r>
            <w:r>
              <w:rPr>
                <w:sz w:val="13"/>
              </w:rPr>
              <w:br/>
              <w:t>zaciągania zobowiązań finansowych</w:t>
            </w:r>
          </w:p>
        </w:tc>
      </w:tr>
    </w:tbl>
    <w:p w14:paraId="1EBA28BA" w14:textId="227C8DD8" w:rsidR="00AB238D" w:rsidRDefault="00AB238D" w:rsidP="00B544F5"/>
    <w:sectPr w:rsidR="00AB238D" w:rsidSect="00034616">
      <w:footerReference w:type="default" r:id="rId10"/>
      <w:pgSz w:w="11906" w:h="16838"/>
      <w:pgMar w:top="567" w:right="737" w:bottom="567" w:left="737" w:header="227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D3E42" w14:textId="77777777" w:rsidR="0029318A" w:rsidRDefault="0029318A">
      <w:r>
        <w:separator/>
      </w:r>
    </w:p>
  </w:endnote>
  <w:endnote w:type="continuationSeparator" w:id="0">
    <w:p w14:paraId="2DB4F8FE" w14:textId="77777777" w:rsidR="0029318A" w:rsidRDefault="00293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10488"/>
    </w:tblGrid>
    <w:tr w:rsidR="00D423D4" w14:paraId="54B7D3C3" w14:textId="77777777">
      <w:trPr>
        <w:cantSplit/>
        <w:trHeight w:val="680"/>
        <w:jc w:val="center"/>
      </w:trPr>
      <w:tc>
        <w:tcPr>
          <w:tcW w:w="10488" w:type="dxa"/>
          <w:tcBorders>
            <w:top w:val="nil"/>
            <w:left w:val="nil"/>
            <w:bottom w:val="nil"/>
            <w:right w:val="nil"/>
          </w:tcBorders>
          <w:tcMar>
            <w:top w:w="68" w:type="dxa"/>
            <w:left w:w="0" w:type="dxa"/>
            <w:bottom w:w="0" w:type="dxa"/>
            <w:right w:w="0" w:type="dxa"/>
          </w:tcMar>
        </w:tcPr>
        <w:p w14:paraId="67FC4B7B" w14:textId="77777777" w:rsidR="00D423D4" w:rsidRDefault="00000000">
          <w:pPr>
            <w:spacing w:line="216" w:lineRule="auto"/>
            <w:jc w:val="center"/>
          </w:pPr>
          <w:r>
            <w:rPr>
              <w:b/>
              <w:sz w:val="14"/>
            </w:rPr>
            <w:t>Biuro Obsługi Widzów Teatru Lalek Pleciuga</w:t>
          </w:r>
        </w:p>
        <w:p w14:paraId="54E89442" w14:textId="77777777" w:rsidR="00D423D4" w:rsidRDefault="00000000">
          <w:pPr>
            <w:spacing w:line="216" w:lineRule="auto"/>
            <w:jc w:val="center"/>
          </w:pPr>
          <w:r>
            <w:rPr>
              <w:sz w:val="14"/>
            </w:rPr>
            <w:t>71-405 Szczecin, pl. Teatralny 1</w:t>
          </w:r>
        </w:p>
        <w:p w14:paraId="798C9B5D" w14:textId="77777777" w:rsidR="00D423D4" w:rsidRDefault="00000000">
          <w:pPr>
            <w:spacing w:line="216" w:lineRule="auto"/>
            <w:jc w:val="center"/>
          </w:pPr>
          <w:r>
            <w:rPr>
              <w:sz w:val="14"/>
            </w:rPr>
            <w:t>tel./fax 91 433 58 04, kom. 697 608 862</w:t>
          </w:r>
        </w:p>
        <w:p w14:paraId="22313480" w14:textId="77777777" w:rsidR="00D423D4" w:rsidRDefault="00000000">
          <w:pPr>
            <w:spacing w:line="216" w:lineRule="auto"/>
            <w:jc w:val="center"/>
          </w:pPr>
          <w:r>
            <w:rPr>
              <w:b/>
              <w:sz w:val="14"/>
            </w:rPr>
            <w:t>rezerwacja@pleciuga.pl</w:t>
          </w:r>
        </w:p>
      </w:tc>
    </w:tr>
  </w:tbl>
  <w:p w14:paraId="2B43C1B3" w14:textId="77777777" w:rsidR="00D423D4" w:rsidRDefault="00D423D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5C671" w14:textId="77777777" w:rsidR="0029318A" w:rsidRDefault="0029318A">
      <w:r>
        <w:separator/>
      </w:r>
    </w:p>
  </w:footnote>
  <w:footnote w:type="continuationSeparator" w:id="0">
    <w:p w14:paraId="46D9FA5F" w14:textId="77777777" w:rsidR="0029318A" w:rsidRDefault="00293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8425097">
    <w:abstractNumId w:val="8"/>
  </w:num>
  <w:num w:numId="2" w16cid:durableId="889801373">
    <w:abstractNumId w:val="6"/>
  </w:num>
  <w:num w:numId="3" w16cid:durableId="2102724370">
    <w:abstractNumId w:val="5"/>
  </w:num>
  <w:num w:numId="4" w16cid:durableId="781537570">
    <w:abstractNumId w:val="4"/>
  </w:num>
  <w:num w:numId="5" w16cid:durableId="1758672452">
    <w:abstractNumId w:val="7"/>
  </w:num>
  <w:num w:numId="6" w16cid:durableId="2074888892">
    <w:abstractNumId w:val="3"/>
  </w:num>
  <w:num w:numId="7" w16cid:durableId="391774930">
    <w:abstractNumId w:val="2"/>
  </w:num>
  <w:num w:numId="8" w16cid:durableId="406729923">
    <w:abstractNumId w:val="1"/>
  </w:num>
  <w:num w:numId="9" w16cid:durableId="2071003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63C6"/>
    <w:rsid w:val="0015074B"/>
    <w:rsid w:val="0029318A"/>
    <w:rsid w:val="0029639D"/>
    <w:rsid w:val="003161BF"/>
    <w:rsid w:val="00326F90"/>
    <w:rsid w:val="00392600"/>
    <w:rsid w:val="003D02F4"/>
    <w:rsid w:val="004A623B"/>
    <w:rsid w:val="004B4A32"/>
    <w:rsid w:val="004E261A"/>
    <w:rsid w:val="00592DA1"/>
    <w:rsid w:val="005A1289"/>
    <w:rsid w:val="005A4C44"/>
    <w:rsid w:val="008F5647"/>
    <w:rsid w:val="009C23FB"/>
    <w:rsid w:val="00A31EA0"/>
    <w:rsid w:val="00AA1D8D"/>
    <w:rsid w:val="00AB238D"/>
    <w:rsid w:val="00B47730"/>
    <w:rsid w:val="00B544F5"/>
    <w:rsid w:val="00C4678C"/>
    <w:rsid w:val="00CB0664"/>
    <w:rsid w:val="00CD1088"/>
    <w:rsid w:val="00D423D4"/>
    <w:rsid w:val="00D61234"/>
    <w:rsid w:val="00E00602"/>
    <w:rsid w:val="00E65E0D"/>
    <w:rsid w:val="00F81865"/>
    <w:rsid w:val="00F8594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4DEC3C"/>
  <w14:defaultImageDpi w14:val="300"/>
  <w15:docId w15:val="{BA9289E4-CA11-4646-AF80-036F2A058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Tahoma" w:eastAsia="Tahoma" w:hAnsi="Tahoma" w:cs="Tahoma"/>
      <w:color w:val="1D1D1F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  <w:rPr>
      <w:rFonts w:ascii="Tahoma" w:eastAsia="Tahoma" w:hAnsi="Tahoma" w:cs="Tahoma"/>
    </w:rPr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  <w:rPr>
      <w:rFonts w:ascii="Tahoma" w:eastAsia="Tahoma" w:hAnsi="Tahoma" w:cs="Tahoma"/>
    </w:rPr>
  </w:style>
  <w:style w:type="paragraph" w:styleId="Bezodstpw">
    <w:name w:val="No Spacing"/>
    <w:uiPriority w:val="1"/>
    <w:qFormat/>
    <w:rsid w:val="00FC693F"/>
    <w:pPr>
      <w:spacing w:after="0" w:line="240" w:lineRule="auto"/>
    </w:pPr>
    <w:rPr>
      <w:rFonts w:ascii="Tahoma" w:eastAsia="Tahoma" w:hAnsi="Tahoma" w:cs="Tahoma"/>
    </w:r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  <w:rPr>
      <w:rFonts w:ascii="Tahoma" w:eastAsia="Tahoma" w:hAnsi="Tahoma" w:cs="Tahoma"/>
    </w:rPr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  <w:rPr>
      <w:rFonts w:ascii="Tahoma" w:eastAsia="Tahoma" w:hAnsi="Tahoma" w:cs="Tahoma"/>
    </w:rPr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rFonts w:ascii="Tahoma" w:eastAsia="Tahoma" w:hAnsi="Tahoma" w:cs="Tahoma"/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ahoma" w:eastAsia="Tahoma" w:hAnsi="Tahoma" w:cs="Tahoma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Tahoma" w:eastAsia="Tahoma" w:hAnsi="Tahoma" w:cs="Tahoma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rFonts w:ascii="Tahoma" w:eastAsia="Tahoma" w:hAnsi="Tahoma" w:cs="Tahoma"/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rFonts w:ascii="Tahoma" w:eastAsia="Tahoma" w:hAnsi="Tahoma" w:cs="Tahoma"/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rFonts w:ascii="Tahoma" w:eastAsia="Tahoma" w:hAnsi="Tahoma" w:cs="Tahoma"/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rFonts w:ascii="Tahoma" w:eastAsia="Tahoma" w:hAnsi="Tahoma" w:cs="Tahoma"/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rFonts w:ascii="Tahoma" w:eastAsia="Tahoma" w:hAnsi="Tahoma" w:cs="Tahoma"/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rFonts w:ascii="Tahoma" w:eastAsia="Tahoma" w:hAnsi="Tahoma" w:cs="Tahoma"/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rFonts w:ascii="Tahoma" w:eastAsia="Tahoma" w:hAnsi="Tahoma" w:cs="Tahoma"/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rFonts w:ascii="Tahoma" w:eastAsia="Tahoma" w:hAnsi="Tahoma" w:cs="Tahoma"/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rFonts w:ascii="Tahoma" w:eastAsia="Tahoma" w:hAnsi="Tahoma" w:cs="Tahoma"/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  <w:rPr>
      <w:rFonts w:ascii="Tahoma" w:eastAsia="Tahoma" w:hAnsi="Tahoma" w:cs="Tahoma"/>
    </w:r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rPr>
      <w:rFonts w:ascii="Tahoma" w:eastAsia="Tahoma" w:hAnsi="Tahoma" w:cs="Tahom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rFonts w:ascii="Tahoma" w:eastAsia="Tahoma" w:hAnsi="Tahoma" w:cs="Tahom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rFonts w:ascii="Tahoma" w:eastAsia="Tahoma" w:hAnsi="Tahoma" w:cs="Tahoma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rFonts w:ascii="Tahoma" w:eastAsia="Tahoma" w:hAnsi="Tahoma" w:cs="Tahoma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rFonts w:ascii="Tahoma" w:eastAsia="Tahoma" w:hAnsi="Tahoma" w:cs="Tahoma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rFonts w:ascii="Tahoma" w:eastAsia="Tahoma" w:hAnsi="Tahoma" w:cs="Tahoma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rFonts w:ascii="Tahoma" w:eastAsia="Tahoma" w:hAnsi="Tahoma" w:cs="Tahoma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rFonts w:ascii="Tahoma" w:eastAsia="Tahoma" w:hAnsi="Tahoma" w:cs="Tahoma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rFonts w:ascii="Tahoma" w:eastAsia="Tahoma" w:hAnsi="Tahoma" w:cs="Tahom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rFonts w:ascii="Tahoma" w:eastAsia="Tahoma" w:hAnsi="Tahoma" w:cs="Tahoma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rFonts w:ascii="Tahoma" w:eastAsia="Tahoma" w:hAnsi="Tahoma" w:cs="Tahoma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rFonts w:ascii="Tahoma" w:eastAsia="Tahoma" w:hAnsi="Tahoma" w:cs="Tahoma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rFonts w:ascii="Tahoma" w:eastAsia="Tahoma" w:hAnsi="Tahoma" w:cs="Tahoma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rFonts w:ascii="Tahoma" w:eastAsia="Tahoma" w:hAnsi="Tahoma" w:cs="Tahoma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rFonts w:ascii="Tahoma" w:eastAsia="Tahoma" w:hAnsi="Tahoma" w:cs="Tahoma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E00602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006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ezerwacja@pleciug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347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Pleciuga zamówienie bilety – stopka na dole strony</dc:title>
  <dc:subject>Formularz zamówienia na bilety zbiorowe w nowej identyfikacji wizualnej</dc:subject>
  <dc:creator>python-docx</dc:creator>
  <cp:keywords>Pleciuga, bilety zbiorowe, zamówienie, Teatr Lalek</cp:keywords>
  <dc:description>generated by python-docx</dc:description>
  <cp:lastModifiedBy>Joanna Abucewicz</cp:lastModifiedBy>
  <cp:revision>5</cp:revision>
  <dcterms:created xsi:type="dcterms:W3CDTF">2026-09-29T11:25:00Z</dcterms:created>
  <dcterms:modified xsi:type="dcterms:W3CDTF">2026-09-30T07:59:00Z</dcterms:modified>
  <cp:category/>
</cp:coreProperties>
</file>